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Abmeldung bei der Krankenkasse wegen Todesfall</w:t>
      </w:r>
    </w:p>
    <w:p/>
    <w:p/>
    <w:p>
      <w:r>
        <w:rPr>
          <w:b/>
          <w:sz w:val="22"/>
        </w:rPr>
        <w:t>An die Krankenkasse:</w:t>
      </w:r>
    </w:p>
    <w:p>
      <w:r>
        <w:rPr>
          <w:b w:val="0"/>
          <w:sz w:val="22"/>
        </w:rPr>
        <w:t>Name der Krankenkasse: _____________________________________________</w:t>
      </w:r>
    </w:p>
    <w:p>
      <w:r>
        <w:rPr>
          <w:b w:val="0"/>
          <w:sz w:val="22"/>
        </w:rPr>
        <w:t>Adresse der Krankenkasse: ___________________________________________</w:t>
      </w:r>
    </w:p>
    <w:p/>
    <w:p>
      <w:r>
        <w:rPr>
          <w:b/>
          <w:sz w:val="22"/>
        </w:rPr>
        <w:t>Absender / Melder:</w:t>
      </w:r>
    </w:p>
    <w:p>
      <w:r>
        <w:rPr>
          <w:b w:val="0"/>
          <w:sz w:val="22"/>
        </w:rPr>
        <w:t>Name: _______________________________________________________________</w:t>
      </w:r>
    </w:p>
    <w:p>
      <w:r>
        <w:rPr>
          <w:b w:val="0"/>
          <w:sz w:val="22"/>
        </w:rPr>
        <w:t>Anschrift: ___________________________________________________________</w:t>
      </w:r>
    </w:p>
    <w:p>
      <w:r>
        <w:rPr>
          <w:b w:val="0"/>
          <w:sz w:val="22"/>
        </w:rPr>
        <w:t>Versichertennummer des Verstorbenen: ________________________________</w:t>
      </w:r>
    </w:p>
    <w:p/>
    <w:p>
      <w:r>
        <w:rPr>
          <w:b/>
          <w:sz w:val="22"/>
        </w:rPr>
        <w:t>Verstorbene Person:</w:t>
      </w:r>
    </w:p>
    <w:p>
      <w:r>
        <w:rPr>
          <w:b w:val="0"/>
          <w:sz w:val="22"/>
        </w:rPr>
        <w:t>Name, Vorname: _____________________________________________________</w:t>
      </w:r>
    </w:p>
    <w:p>
      <w:r>
        <w:rPr>
          <w:b w:val="0"/>
          <w:sz w:val="22"/>
        </w:rPr>
        <w:t>Geburtsdatum: _______________________________________________________</w:t>
      </w:r>
    </w:p>
    <w:p>
      <w:r>
        <w:rPr>
          <w:b w:val="0"/>
          <w:sz w:val="22"/>
        </w:rPr>
        <w:t>Adresse zuletzt wohnhaft: ____________________________________________</w:t>
      </w:r>
    </w:p>
    <w:p/>
    <w:p>
      <w:r>
        <w:rPr>
          <w:b/>
          <w:sz w:val="22"/>
        </w:rPr>
        <w:t>Hiermit melde/n ich/wir den Todesfall der oben genannten Person und bitte/n um Abmeldung bei der Krankenkasse.</w:t>
      </w:r>
    </w:p>
    <w:p/>
    <w:p>
      <w:r>
        <w:rPr>
          <w:b w:val="0"/>
          <w:sz w:val="22"/>
        </w:rPr>
        <w:t>Bitte bestätigen Sie die Abmeldung schriftlich und teilen Sie mit, ob weitere Unterlagen benötigt werden.</w:t>
      </w:r>
    </w:p>
    <w:p/>
    <w:p/>
    <w:p>
      <w:r>
        <w:rPr>
          <w:b w:val="0"/>
          <w:sz w:val="22"/>
        </w:rPr>
        <w:t>Ort: _________________________________________    Datum: _________________________________________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Absender / Melder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Krankenkasse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(bitte drucken): 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(bitte drucken): 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https://gesundheit-experte.com/abmeldung-krankenkasse-todesfall/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https://gesundheit-experte.com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gesundheit-experte.com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gesundheit-experte.com/abmeldung-krankenkasse-todesfall/" TargetMode="External"/><Relationship Id="rId10" Type="http://schemas.openxmlformats.org/officeDocument/2006/relationships/hyperlink" Target="https://gesundheit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