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ANTRAG AUF KOSTENÜBERNAHME FÜR LERNTHERAPIE</w:t>
      </w:r>
    </w:p>
    <w:p/>
    <w:p/>
    <w:p>
      <w:r>
        <w:rPr>
          <w:b/>
          <w:sz w:val="20"/>
        </w:rPr>
        <w:t>Angaben zum Antragsteller (Kind/Erziehungsberechtigte)</w:t>
      </w:r>
    </w:p>
    <w:p>
      <w:r>
        <w:rPr>
          <w:b w:val="0"/>
          <w:sz w:val="20"/>
        </w:rPr>
        <w:t>Name des Kindes:</w:t>
      </w:r>
    </w:p>
    <w:p>
      <w:r>
        <w:rPr>
          <w:b w:val="0"/>
          <w:sz w:val="20"/>
        </w:rPr>
        <w:t>Geburtsdatum des Kindes:</w:t>
      </w:r>
    </w:p>
    <w:p>
      <w:r>
        <w:rPr>
          <w:b w:val="0"/>
          <w:sz w:val="20"/>
        </w:rPr>
        <w:t>Adresse des Kindes:</w:t>
      </w:r>
    </w:p>
    <w:p>
      <w:r>
        <w:rPr>
          <w:b w:val="0"/>
          <w:sz w:val="20"/>
        </w:rPr>
        <w:t>Name der Erziehungsberechtigten:</w:t>
      </w:r>
    </w:p>
    <w:p>
      <w:r>
        <w:rPr>
          <w:b w:val="0"/>
          <w:sz w:val="20"/>
        </w:rPr>
        <w:t>Adresse der Erziehungsberechtigten:</w:t>
      </w:r>
    </w:p>
    <w:p>
      <w:r>
        <w:rPr>
          <w:b w:val="0"/>
          <w:sz w:val="20"/>
        </w:rPr>
        <w:t>Telefonnummer / E-Mail:</w:t>
      </w:r>
    </w:p>
    <w:p/>
    <w:p>
      <w:r>
        <w:rPr>
          <w:b/>
          <w:sz w:val="20"/>
        </w:rPr>
        <w:t>Angaben zur Lerntherapie</w:t>
      </w:r>
    </w:p>
    <w:p>
      <w:r>
        <w:rPr>
          <w:b w:val="0"/>
          <w:sz w:val="20"/>
        </w:rPr>
        <w:t>Name und Anschrift der Einrichtung / Therapeutin / des Therapeuten:</w:t>
      </w:r>
    </w:p>
    <w:p>
      <w:r>
        <w:rPr>
          <w:b w:val="0"/>
          <w:sz w:val="20"/>
        </w:rPr>
        <w:t>Beginn der Lerntherapie:</w:t>
      </w:r>
    </w:p>
    <w:p>
      <w:r>
        <w:rPr>
          <w:b w:val="0"/>
          <w:sz w:val="20"/>
        </w:rPr>
        <w:t>Geplante Dauer und Umfang der Therapie:</w:t>
      </w:r>
    </w:p>
    <w:p>
      <w:r>
        <w:rPr>
          <w:b w:val="0"/>
          <w:sz w:val="20"/>
        </w:rPr>
        <w:t>Therapieziele und Diagnosen (falls vorhanden):</w:t>
      </w:r>
    </w:p>
    <w:p/>
    <w:p>
      <w:r>
        <w:rPr>
          <w:b/>
          <w:sz w:val="20"/>
        </w:rPr>
        <w:t>Rechtliche Grundlage</w:t>
      </w:r>
    </w:p>
    <w:p>
      <w:r>
        <w:rPr>
          <w:b w:val="0"/>
          <w:sz w:val="20"/>
        </w:rPr>
        <w:t>Hiermit beantrage ich die Übernahme der Kosten für die oben genannte Lerntherapie gemäß §§ 27 ff. SGB V bzw. § 35a SGB IX.</w:t>
      </w:r>
    </w:p>
    <w:p/>
    <w:p>
      <w:r>
        <w:rPr>
          <w:b/>
          <w:sz w:val="20"/>
        </w:rPr>
        <w:t>Begründung / Notwendigkeit</w:t>
      </w:r>
    </w:p>
    <w:p>
      <w:r>
        <w:rPr>
          <w:b w:val="0"/>
          <w:sz w:val="20"/>
        </w:rPr>
        <w:t>Bitte erläutern Sie ausführlich, warum die Lerntherapie notwendig ist, welche Beeinträchtigungen vorliegen und welche Maßnahmen bereits erfolgten bzw. nicht erfolgreich waren: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/>
    <w:p/>
    <w:p>
      <w:r>
        <w:rPr>
          <w:b/>
          <w:sz w:val="20"/>
        </w:rPr>
        <w:t>Einverständniserklärung</w:t>
      </w:r>
    </w:p>
    <w:p>
      <w:r>
        <w:rPr>
          <w:b w:val="0"/>
          <w:sz w:val="20"/>
        </w:rPr>
        <w:t>Ich erkläre mich damit einverstanden, dass die für die Kostenübernahme erforderlichen Daten und Unterlagen an die zuständigen Stellen übermittelt werden dürfen.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Ort: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Datum: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Antragsteller/in: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Einrichtung / Therapeut/in: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 in Druckbuchstaben: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 in Druckbuchstaben: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https://gesundheit-experte.com/antrag-kostenubernahme-lerntherapie/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https://gesundheit-experte.com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gesundheit-experte.com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esundheit-experte.com/antrag-kostenubernahme-lerntherapie/" TargetMode="External"/><Relationship Id="rId10" Type="http://schemas.openxmlformats.org/officeDocument/2006/relationships/hyperlink" Target="https://gesundheit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