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GESUNDHEITSVOLLMACHT FÜR EIN KIND / HEALTHCARE POWER OF ATTORNEY FOR A CHILD</w:t>
      </w:r>
    </w:p>
    <w:p/>
    <w:p/>
    <w:p>
      <w:r>
        <w:rPr>
          <w:b/>
          <w:sz w:val="22"/>
        </w:rPr>
        <w:t>Ich/Wir, die Eltern/Erziehungsberechtigten des Kindes, bevollmächtigen hiermit die unten genannten Personen,</w:t>
      </w:r>
    </w:p>
    <w:p>
      <w:r>
        <w:rPr>
          <w:b/>
          <w:sz w:val="22"/>
        </w:rPr>
        <w:t>im Falle einer Krankheit, Verletzung oder sonstigen gesundheitlichen Notlage unseres Kindes,</w:t>
      </w:r>
    </w:p>
    <w:p>
      <w:r>
        <w:rPr>
          <w:b/>
          <w:sz w:val="22"/>
        </w:rPr>
        <w:t>alle notwendigen Entscheidungen zu treffen und Handlungen vorzunehmen, die zur Sicherstellung der medizinischen Versorgung erforderlich sind.</w:t>
      </w:r>
    </w:p>
    <w:p/>
    <w:p/>
    <w:p>
      <w:r>
        <w:rPr>
          <w:b/>
          <w:sz w:val="22"/>
        </w:rPr>
        <w:t>Kind / Child: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 / Date of Birth: _______________________________________</w:t>
      </w:r>
    </w:p>
    <w:p>
      <w:r>
        <w:rPr>
          <w:b w:val="0"/>
          <w:sz w:val="22"/>
        </w:rPr>
        <w:t>Anschrift / Address: _________________________________________________</w:t>
      </w:r>
    </w:p>
    <w:p/>
    <w:p/>
    <w:p>
      <w:r>
        <w:rPr>
          <w:b/>
          <w:sz w:val="22"/>
        </w:rPr>
        <w:t>Eltern / Erziehungsberechtigte / Parents or Legal Guardians:</w:t>
      </w:r>
    </w:p>
    <w:p>
      <w:r>
        <w:rPr>
          <w:b w:val="0"/>
          <w:sz w:val="22"/>
        </w:rPr>
        <w:t>Name 1: ____________________________________________________________</w:t>
      </w:r>
    </w:p>
    <w:p>
      <w:r>
        <w:rPr>
          <w:b w:val="0"/>
          <w:sz w:val="22"/>
        </w:rPr>
        <w:t>Anschrift / Address: _________________________________________________</w:t>
      </w:r>
    </w:p>
    <w:p>
      <w:r>
        <w:rPr>
          <w:b w:val="0"/>
          <w:sz w:val="22"/>
        </w:rPr>
        <w:t>Telefonnummer / Phone Number: _______________________________________</w:t>
      </w:r>
    </w:p>
    <w:p/>
    <w:p>
      <w:r>
        <w:rPr>
          <w:b w:val="0"/>
          <w:sz w:val="22"/>
        </w:rPr>
        <w:t>Name 2 (falls vorhanden): ____________________________________________</w:t>
      </w:r>
    </w:p>
    <w:p>
      <w:r>
        <w:rPr>
          <w:b w:val="0"/>
          <w:sz w:val="22"/>
        </w:rPr>
        <w:t>Anschrift / Address: _________________________________________________</w:t>
      </w:r>
    </w:p>
    <w:p>
      <w:r>
        <w:rPr>
          <w:b w:val="0"/>
          <w:sz w:val="22"/>
        </w:rPr>
        <w:t>Telefonnummer / Phone Number: _______________________________________</w:t>
      </w:r>
    </w:p>
    <w:p/>
    <w:p/>
    <w:p>
      <w:r>
        <w:rPr>
          <w:b/>
          <w:sz w:val="22"/>
        </w:rPr>
        <w:t>Bevollmächtigte Person(en) / Authorized Person(s):</w:t>
      </w:r>
    </w:p>
    <w:p>
      <w:r>
        <w:rPr>
          <w:b w:val="0"/>
          <w:sz w:val="22"/>
        </w:rPr>
        <w:t>Name 1: ____________________________________________________________</w:t>
      </w:r>
    </w:p>
    <w:p>
      <w:r>
        <w:rPr>
          <w:b w:val="0"/>
          <w:sz w:val="22"/>
        </w:rPr>
        <w:t>Anschrift / Address: _________________________________________________</w:t>
      </w:r>
    </w:p>
    <w:p>
      <w:r>
        <w:rPr>
          <w:b w:val="0"/>
          <w:sz w:val="22"/>
        </w:rPr>
        <w:t>Telefonnummer / Phone Number: _______________________________________</w:t>
      </w:r>
    </w:p>
    <w:p/>
    <w:p>
      <w:r>
        <w:rPr>
          <w:b w:val="0"/>
          <w:sz w:val="22"/>
        </w:rPr>
        <w:t>Name 2 (optional): _________________________________________________</w:t>
      </w:r>
    </w:p>
    <w:p>
      <w:r>
        <w:rPr>
          <w:b w:val="0"/>
          <w:sz w:val="22"/>
        </w:rPr>
        <w:t>Anschrift / Address: _________________________________________________</w:t>
      </w:r>
    </w:p>
    <w:p>
      <w:r>
        <w:rPr>
          <w:b w:val="0"/>
          <w:sz w:val="22"/>
        </w:rPr>
        <w:t>Telefonnummer / Phone Number: _______________________________________</w:t>
      </w:r>
    </w:p>
    <w:p/>
    <w:p/>
    <w:p>
      <w:r>
        <w:rPr>
          <w:b/>
          <w:sz w:val="22"/>
        </w:rPr>
        <w:t>Umfang der Vollmacht / Scope of Power of Attorney:</w:t>
      </w:r>
    </w:p>
    <w:p>
      <w:r>
        <w:rPr>
          <w:b w:val="0"/>
          <w:sz w:val="22"/>
        </w:rPr>
        <w:t>Die bevollmächtigten Personen sind berechtigt, alle im Zusammenhang mit der medizinischen Versorgung und Betreuung unseres Kindes notwendig werdenden Entscheidungen zu treffen, insbesondere:</w:t>
      </w:r>
    </w:p>
    <w:p>
      <w:r>
        <w:rPr>
          <w:b w:val="0"/>
          <w:sz w:val="22"/>
        </w:rPr>
        <w:t>- Zustimmung zu medizinischen Behandlungen und Eingriffen</w:t>
      </w:r>
    </w:p>
    <w:p>
      <w:r>
        <w:rPr>
          <w:b w:val="0"/>
          <w:sz w:val="22"/>
        </w:rPr>
        <w:t>- Einwilligung in diagnostische Maßnahmen</w:t>
      </w:r>
    </w:p>
    <w:p>
      <w:r>
        <w:rPr>
          <w:b w:val="0"/>
          <w:sz w:val="22"/>
        </w:rPr>
        <w:t>- Auswahl und Wechsel von Ärzten und Krankenhäusern</w:t>
      </w:r>
    </w:p>
    <w:p>
      <w:r>
        <w:rPr>
          <w:b w:val="0"/>
          <w:sz w:val="22"/>
        </w:rPr>
        <w:t>- Einsicht in medizinische Unterlagen und Informationen</w:t>
      </w:r>
    </w:p>
    <w:p>
      <w:r>
        <w:rPr>
          <w:b w:val="0"/>
          <w:sz w:val="22"/>
        </w:rPr>
        <w:t>- Organisation von Pflege und Rehabilitation</w:t>
      </w:r>
    </w:p>
    <w:p>
      <w:r>
        <w:rPr>
          <w:b w:val="0"/>
          <w:sz w:val="22"/>
        </w:rPr>
        <w:t>- Entgegennahme von Informationen und Auskünften durch medizinisches Personal</w:t>
      </w:r>
    </w:p>
    <w:p/>
    <w:p/>
    <w:p>
      <w:r>
        <w:rPr>
          <w:b/>
          <w:sz w:val="22"/>
        </w:rPr>
        <w:t>Folgende Maßnahmen sind ausdrücklich ausgeschlossen / The following measures are expressly excluded (falls gewünscht):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/>
    <w:p>
      <w:r>
        <w:rPr>
          <w:b/>
          <w:sz w:val="22"/>
        </w:rPr>
        <w:t>Diese Gesundheitsvollmacht gilt, solange unser Kind minderjährig ist und wir die elterliche Sorge ausüben.</w:t>
      </w:r>
    </w:p>
    <w:p>
      <w:r>
        <w:rPr>
          <w:b/>
          <w:sz w:val="22"/>
        </w:rPr>
        <w:t>Sie kann von uns jederzeit schriftlich widerrufen werden.</w:t>
      </w:r>
    </w:p>
    <w:p/>
    <w:p/>
    <w:p>
      <w:r>
        <w:rPr>
          <w:b/>
          <w:sz w:val="22"/>
        </w:rPr>
        <w:t>Sollten einzelne Bestimmungen dieser Vollmacht unwirksam sein oder werden, so wird die Wirksamkeit der übrigen Bestimmungen nicht berührt.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Eltern / Signatures Parents/Guardians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Bevollmächtigte(r) / Signature Authorized Person(s)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https://gesundheit-experte.com/gesundheitsvollmacht-kind-deutsch-englisch/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gesundheitsvollmacht-kind-deutsch-englisch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