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Antrag auf Krankenhaustagegeld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Versicherungsnummer:</w:t>
      </w:r>
    </w:p>
    <w:p/>
    <w:p>
      <w:r>
        <w:rPr>
          <w:b/>
          <w:sz w:val="22"/>
        </w:rPr>
        <w:t>Empfänger:</w:t>
      </w:r>
    </w:p>
    <w:p>
      <w:r>
        <w:rPr>
          <w:b w:val="0"/>
          <w:sz w:val="22"/>
        </w:rPr>
        <w:t>Name der Versicherung:</w:t>
      </w:r>
    </w:p>
    <w:p>
      <w:r>
        <w:rPr>
          <w:b w:val="0"/>
          <w:sz w:val="22"/>
        </w:rPr>
        <w:t>Adresse der Versicherung: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Auszahlung von Krankenhaustagegeld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die Auszahlung des Krankenhaustagegeldes gemäß den Bedingungen meiner Versicherung.</w:t>
      </w:r>
    </w:p>
    <w:p>
      <w:r>
        <w:rPr>
          <w:b w:val="0"/>
          <w:sz w:val="22"/>
        </w:rPr>
        <w:t>Ich war vom __________________ bis zum __________________ aufgrund einer stationären Behandlung im Krankenhaus.</w:t>
      </w:r>
    </w:p>
    <w:p>
      <w:r>
        <w:rPr>
          <w:b w:val="0"/>
          <w:sz w:val="22"/>
        </w:rPr>
        <w:t>Die dazugehörigen Unterlagen (Krankenhausbescheinigung, Entlassungsbericht etc.) füge ich diesem Schreiben bei.</w:t>
      </w:r>
    </w:p>
    <w:p/>
    <w:p>
      <w:r>
        <w:rPr>
          <w:b/>
          <w:sz w:val="22"/>
        </w:rPr>
        <w:t>Bitte überweisen Sie den entsprechenden Betrag auf folgendes Konto:</w:t>
      </w:r>
    </w:p>
    <w:p>
      <w:r>
        <w:rPr>
          <w:b w:val="0"/>
          <w:sz w:val="22"/>
        </w:rPr>
        <w:t>Kontoinhaber:</w:t>
      </w:r>
    </w:p>
    <w:p>
      <w:r>
        <w:rPr>
          <w:b w:val="0"/>
          <w:sz w:val="22"/>
        </w:rPr>
        <w:t>IBAN:</w:t>
      </w:r>
    </w:p>
    <w:p>
      <w:r>
        <w:rPr>
          <w:b w:val="0"/>
          <w:sz w:val="22"/>
        </w:rPr>
        <w:t>BIC:</w:t>
      </w:r>
    </w:p>
    <w:p/>
    <w:p>
      <w:r>
        <w:rPr>
          <w:b w:val="0"/>
          <w:sz w:val="22"/>
        </w:rPr>
        <w:t>Für Rückfragen stehe ich Ihnen gerne zur Verfügung.</w:t>
      </w:r>
    </w:p>
    <w:p/>
    <w:p>
      <w:r>
        <w:rPr>
          <w:b w:val="0"/>
          <w:sz w:val="22"/>
        </w:rPr>
        <w:t>Mit freundlichen Grüßen,</w:t>
      </w:r>
    </w:p>
    <w:p/>
    <w:p/>
    <w:p/>
    <w:p>
      <w:r>
        <w:rPr>
          <w:b w:val="0"/>
          <w:sz w:val="22"/>
        </w:rPr>
        <w:t>____________________________________</w:t>
      </w:r>
    </w:p>
    <w:p>
      <w:r>
        <w:rPr>
          <w:b w:val="0"/>
          <w:sz w:val="22"/>
        </w:rPr>
        <w:t>Unterschrift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Unterschrift 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Datum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https://gesundheit-experte.com/krankenhaustagegeld-beantragen-brief/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https://gesundheit-experte.com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gesundheit-experte.com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sundheit-experte.com/krankenhaustagegeld-beantragen-brief/" TargetMode="External"/><Relationship Id="rId10" Type="http://schemas.openxmlformats.org/officeDocument/2006/relationships/hyperlink" Target="https://gesundheit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