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MINDENER PATIENTENVERFÜGUNG</w:t>
      </w:r>
    </w:p>
    <w:p/>
    <w:p/>
    <w:p>
      <w:r>
        <w:rPr>
          <w:b w:val="0"/>
          <w:sz w:val="22"/>
        </w:rPr>
        <w:t>Ich, ____________________________________________, geboren am ____________________, wohnhaft in ____________________________________________, treffe hiermit folgende verbindliche Regelungen für den Fall, dass ich meinen Willen nicht mehr frei bilden oder verständlich äußern kann.</w:t>
      </w:r>
    </w:p>
    <w:p/>
    <w:p/>
    <w:p>
      <w:r>
        <w:rPr>
          <w:b/>
          <w:sz w:val="24"/>
        </w:rPr>
        <w:t>1. Allgemeine Hinweise</w:t>
      </w:r>
    </w:p>
    <w:p>
      <w:r>
        <w:rPr>
          <w:b w:val="0"/>
          <w:sz w:val="22"/>
        </w:rPr>
        <w:t>Diese Patientenverfügung dient dazu, im Falle einer schweren Erkrankung oder eines Unfalls meinen Willen bezüglich medizinischer Maßnahmen verbindlich festzulegen. Sie soll meinen behandelnden Ärzten, Betreuern und Angehörigen als Orientierung dienen.</w:t>
      </w:r>
    </w:p>
    <w:p/>
    <w:p>
      <w:r>
        <w:rPr>
          <w:b/>
          <w:sz w:val="24"/>
        </w:rPr>
        <w:t>2. Behandlungswünsche</w:t>
      </w:r>
    </w:p>
    <w:p>
      <w:r>
        <w:rPr>
          <w:b w:val="0"/>
          <w:sz w:val="22"/>
        </w:rPr>
        <w:t>Im Falle einer unheilbaren, tödlich verlaufenden Erkrankung, bei der ich nicht mehr in der Lage bin, meinen Willen zu äußern, wünsche ich:</w:t>
      </w:r>
    </w:p>
    <w:p>
      <w:r>
        <w:rPr>
          <w:b/>
          <w:sz w:val="22"/>
        </w:rPr>
        <w:t>- Keine lebenserhaltenden Maßnahmen, wenn diese nur das Sterben verlängern und keine Aussicht auf Besserung besteht.</w:t>
      </w:r>
    </w:p>
    <w:p>
      <w:r>
        <w:rPr>
          <w:b/>
          <w:sz w:val="22"/>
        </w:rPr>
        <w:t>- Keine künstliche Ernährung und Flüssigkeitszufuhr, wenn diese nur das Sterben verlängern.</w:t>
      </w:r>
    </w:p>
    <w:p>
      <w:r>
        <w:rPr>
          <w:b/>
          <w:sz w:val="22"/>
        </w:rPr>
        <w:t>- Schmerz- und Symptombehandlung in vollem Umfang zur Linderung von Leiden.</w:t>
      </w:r>
    </w:p>
    <w:p>
      <w:r>
        <w:rPr>
          <w:b/>
          <w:sz w:val="22"/>
        </w:rPr>
        <w:t>- Keine Wiederbelebungsmaßnahmen (CPR) im Falle eines Herz-Kreislauf-Stillstands.</w:t>
      </w:r>
    </w:p>
    <w:p>
      <w:r>
        <w:rPr>
          <w:b/>
          <w:sz w:val="22"/>
        </w:rPr>
        <w:t>- Keine Beatmung, wenn diese nur das Sterben verlängert.</w:t>
      </w:r>
    </w:p>
    <w:p/>
    <w:p>
      <w:r>
        <w:rPr>
          <w:b/>
          <w:sz w:val="24"/>
        </w:rPr>
        <w:t>3. Wünsche bei Bewusstlosigkeit oder Wachkoma</w:t>
      </w:r>
    </w:p>
    <w:p>
      <w:r>
        <w:rPr>
          <w:b w:val="0"/>
          <w:sz w:val="22"/>
        </w:rPr>
        <w:t>Sollte ich sich im Zustand eines dauerhaften Wachkomas oder einer dauerhaften Bewusstlosigkeit befinden, wünsche ich:</w:t>
      </w:r>
    </w:p>
    <w:p>
      <w:r>
        <w:rPr>
          <w:b/>
          <w:sz w:val="22"/>
        </w:rPr>
        <w:t>- Keine künstlichen lebenserhaltenden Maßnahmen.</w:t>
      </w:r>
    </w:p>
    <w:p>
      <w:r>
        <w:rPr>
          <w:b/>
          <w:sz w:val="22"/>
        </w:rPr>
        <w:t>- Keine künstliche Ernährung und Flüssigkeitszufuhr.</w:t>
      </w:r>
    </w:p>
    <w:p>
      <w:r>
        <w:rPr>
          <w:b/>
          <w:sz w:val="22"/>
        </w:rPr>
        <w:t>- Schmerz- und Symptombehandlung zur Linderung.</w:t>
      </w:r>
    </w:p>
    <w:p/>
    <w:p>
      <w:r>
        <w:rPr>
          <w:b/>
          <w:sz w:val="24"/>
        </w:rPr>
        <w:t>4. Organ- und Gewebespende</w:t>
      </w:r>
    </w:p>
    <w:p>
      <w:r>
        <w:rPr>
          <w:b w:val="0"/>
          <w:sz w:val="22"/>
        </w:rPr>
        <w:t>Ich erkläre hiermit, dass ich mit einer Organ- und Gewebespende nach meinem Tod einverstanden bin: Ja [  ]    Nein [  ]</w:t>
      </w:r>
    </w:p>
    <w:p/>
    <w:p>
      <w:r>
        <w:rPr>
          <w:b/>
          <w:sz w:val="24"/>
        </w:rPr>
        <w:t>5. Betreuungsvollmacht</w:t>
      </w:r>
    </w:p>
    <w:p>
      <w:r>
        <w:rPr>
          <w:b w:val="0"/>
          <w:sz w:val="22"/>
        </w:rPr>
        <w:t>Ich erteile hiermit folgende Person(en) eine Betreuungsvollmacht für den Fall, dass ich meine Angelegenheiten nicht mehr selbst regeln kann: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  <w:jc w:val="left"/>
            </w:pPr>
            <w:r>
              <w:t>Name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  <w:jc w:val="left"/>
            </w:pPr>
            <w:r>
              <w:t>Anschrift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  <w:jc w:val="left"/>
            </w:pPr>
            <w:r>
              <w:t>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  <w:jc w:val="left"/>
            </w:pPr>
            <w:r>
              <w:t>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  <w:jc w:val="left"/>
            </w:pPr>
            <w:r>
              <w:t>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  <w:jc w:val="left"/>
            </w:pPr>
            <w:r>
              <w:t>________________________________________________________</w:t>
            </w:r>
          </w:p>
        </w:tc>
      </w:tr>
    </w:tbl>
    <w:p/>
    <w:p/>
    <w:p>
      <w:r>
        <w:rPr>
          <w:b/>
          <w:sz w:val="24"/>
        </w:rPr>
        <w:t>6. Wirksamkeit der Patientenverfügung</w:t>
      </w:r>
    </w:p>
    <w:p>
      <w:r>
        <w:rPr>
          <w:b w:val="0"/>
          <w:sz w:val="22"/>
        </w:rPr>
        <w:t>Diese Patientenverfügung gilt ab dem Zeitpunkt, an dem ich meinen Willen nicht mehr selbst äußern kann.</w:t>
      </w:r>
    </w:p>
    <w:p/>
    <w:p/>
    <w:p>
      <w:r>
        <w:rPr>
          <w:b/>
          <w:sz w:val="24"/>
        </w:rPr>
        <w:t>7. Widerruf</w:t>
      </w:r>
    </w:p>
    <w:p>
      <w:r>
        <w:rPr>
          <w:b w:val="0"/>
          <w:sz w:val="22"/>
        </w:rPr>
        <w:t>Diese Patientenverfügung kann jederzeit von mir widerrufen oder geändert werden.</w:t>
      </w:r>
    </w:p>
    <w:p/>
    <w:p/>
    <w:p>
      <w:r>
        <w:rPr>
          <w:b w:val="0"/>
          <w:sz w:val="22"/>
        </w:rPr>
        <w:t>Ort: 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Verfassers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Zeuge / Betreuer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https://gesundheit-experte.com/mindener-patientenverfugung/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https://gesundheit-experte.com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gesundheit-experte.com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sundheit-experte.com/mindener-patientenverfugung/" TargetMode="External"/><Relationship Id="rId10" Type="http://schemas.openxmlformats.org/officeDocument/2006/relationships/hyperlink" Target="https://gesundheit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