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Weight Watchers Tagebuch</w:t>
      </w:r>
    </w:p>
    <w:p/>
    <w:p/>
    <w:p>
      <w:r>
        <w:rPr>
          <w:b/>
          <w:sz w:val="20"/>
        </w:rPr>
        <w:t>Datum:</w:t>
      </w:r>
    </w:p>
    <w:p>
      <w:r>
        <w:rPr>
          <w:b w:val="0"/>
          <w:sz w:val="20"/>
        </w:rPr>
        <w:t>______________________________</w:t>
      </w:r>
    </w:p>
    <w:p/>
    <w:p>
      <w:r>
        <w:rPr>
          <w:b/>
          <w:sz w:val="24"/>
        </w:rPr>
        <w:t>Mahlzeiten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t>Uhrzeit</w:t>
            </w:r>
          </w:p>
        </w:tc>
        <w:tc>
          <w:tcPr>
            <w:tcW w:type="dxa" w:w="2493"/>
          </w:tcPr>
          <w:p>
            <w:r>
              <w:t>Beschreibung</w:t>
            </w:r>
          </w:p>
        </w:tc>
        <w:tc>
          <w:tcPr>
            <w:tcW w:type="dxa" w:w="2493"/>
          </w:tcPr>
          <w:p>
            <w:r>
              <w:t>Points</w:t>
            </w:r>
          </w:p>
        </w:tc>
        <w:tc>
          <w:tcPr>
            <w:tcW w:type="dxa" w:w="2493"/>
          </w:tcPr>
          <w:p>
            <w:r>
              <w:t>Kommentar</w:t>
            </w:r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</w:tbl>
    <w:p/>
    <w:p/>
    <w:p>
      <w:r>
        <w:rPr>
          <w:b/>
          <w:sz w:val="24"/>
        </w:rPr>
        <w:t>Snacks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Uhrzeit</w:t>
            </w:r>
          </w:p>
        </w:tc>
        <w:tc>
          <w:tcPr>
            <w:tcW w:type="dxa" w:w="3324"/>
          </w:tcPr>
          <w:p>
            <w:r>
              <w:t>Beschreibung</w:t>
            </w:r>
          </w:p>
        </w:tc>
        <w:tc>
          <w:tcPr>
            <w:tcW w:type="dxa" w:w="3324"/>
          </w:tcPr>
          <w:p>
            <w:r>
              <w:t>Points</w:t>
            </w:r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</w:tbl>
    <w:p/>
    <w:p/>
    <w:p>
      <w:r>
        <w:rPr>
          <w:b/>
          <w:sz w:val="24"/>
        </w:rPr>
        <w:t>Bewegung / Sport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Art der Aktivität</w:t>
            </w:r>
          </w:p>
        </w:tc>
        <w:tc>
          <w:tcPr>
            <w:tcW w:type="dxa" w:w="3324"/>
          </w:tcPr>
          <w:p>
            <w:r>
              <w:t>Dauer (Minuten)</w:t>
            </w:r>
          </w:p>
        </w:tc>
        <w:tc>
          <w:tcPr>
            <w:tcW w:type="dxa" w:w="3324"/>
          </w:tcPr>
          <w:p>
            <w:r>
              <w:t>Verbrannte Points</w:t>
            </w:r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</w:tbl>
    <w:p/>
    <w:p/>
    <w:p>
      <w:r>
        <w:rPr>
          <w:b/>
          <w:sz w:val="24"/>
        </w:rPr>
        <w:t>Tägliche Zusammenfassung</w:t>
      </w:r>
    </w:p>
    <w:p/>
    <w:p>
      <w:r>
        <w:rPr>
          <w:b w:val="0"/>
          <w:sz w:val="20"/>
        </w:rPr>
        <w:t>Verfügbare Points (Start):</w:t>
      </w:r>
    </w:p>
    <w:p>
      <w:r>
        <w:rPr>
          <w:b w:val="0"/>
          <w:sz w:val="20"/>
        </w:rPr>
        <w:t>______________________________</w:t>
      </w:r>
    </w:p>
    <w:p/>
    <w:p>
      <w:r>
        <w:rPr>
          <w:b w:val="0"/>
          <w:sz w:val="20"/>
        </w:rPr>
        <w:t>Verbrauchte Points (Mahlzeiten + Snacks):</w:t>
      </w:r>
    </w:p>
    <w:p>
      <w:r>
        <w:rPr>
          <w:b w:val="0"/>
          <w:sz w:val="20"/>
        </w:rPr>
        <w:t>______________________________</w:t>
      </w:r>
    </w:p>
    <w:p/>
    <w:p>
      <w:r>
        <w:rPr>
          <w:b w:val="0"/>
          <w:sz w:val="20"/>
        </w:rPr>
        <w:t>Verbrannte Points (Bewegung):</w:t>
      </w:r>
    </w:p>
    <w:p>
      <w:r>
        <w:rPr>
          <w:b w:val="0"/>
          <w:sz w:val="20"/>
        </w:rPr>
        <w:t>______________________________</w:t>
      </w:r>
    </w:p>
    <w:p/>
    <w:p>
      <w:r>
        <w:rPr>
          <w:b w:val="0"/>
          <w:sz w:val="20"/>
        </w:rPr>
        <w:t>Verfügbare Points (Ende Tag):</w:t>
      </w:r>
    </w:p>
    <w:p>
      <w:r>
        <w:rPr>
          <w:b w:val="0"/>
          <w:sz w:val="20"/>
        </w:rPr>
        <w:t>______________________________</w:t>
      </w:r>
    </w:p>
    <w:p/>
    <w:p/>
    <w:p>
      <w:r>
        <w:rPr>
          <w:b/>
          <w:sz w:val="24"/>
        </w:rPr>
        <w:t>Notizen</w:t>
      </w:r>
    </w:p>
    <w:p/>
    <w:p/>
    <w:p/>
    <w:p/>
    <w:p/>
    <w:p/>
    <w:p/>
    <w:p/>
    <w:p>
      <w:pPr>
        <w:jc w:val="both"/>
      </w:pPr>
      <w:r>
        <w:rPr>
          <w:b w:val="0"/>
          <w:sz w:val="16"/>
        </w:rPr>
        <w:t>Diese Vorlage dient zur persönlichen Dokumentation der Weight Watchers Punkte und Aktivitäten. Sie ersetzt keine medizinische oder ernährungswissenschaftliche Beratung. Bei gesundheitlichen Fragen konsultieren Sie bitte einen Arzt oder eine Fachkraft.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https://gesundheit-experte.com/weight-watchers-tagebuch/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https://gesundheit-experte.com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gesundheit-experte.com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gesundheit-experte.com/weight-watchers-tagebuch/" TargetMode="External"/><Relationship Id="rId10" Type="http://schemas.openxmlformats.org/officeDocument/2006/relationships/hyperlink" Target="https://gesundheit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